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2F" w:rsidRPr="00627097" w:rsidRDefault="00627097" w:rsidP="00627097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POLITYKA PRYWATNOŚCI</w:t>
      </w:r>
    </w:p>
    <w:p w:rsidR="00D4342F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proofErr w:type="spellStart"/>
      <w:r w:rsidRPr="00627097">
        <w:rPr>
          <w:rFonts w:ascii="Arial" w:hAnsi="Arial" w:cs="Arial"/>
          <w:color w:val="auto"/>
          <w:sz w:val="24"/>
          <w:szCs w:val="24"/>
        </w:rPr>
        <w:t>Battletag</w:t>
      </w:r>
      <w:proofErr w:type="spellEnd"/>
    </w:p>
    <w:p w:rsidR="00627097" w:rsidRPr="00627097" w:rsidRDefault="00627097" w:rsidP="00627097"/>
    <w:p w:rsidR="00D4342F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I</w:t>
      </w:r>
    </w:p>
    <w:p w:rsidR="00D4342F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POSTANOWIENIA OGÓLNE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1. Cel Polityki Prywatności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1. Niniejsza Polityka Prywatności określa zasady przetwarzania danych osobowych przez Battletag w związku z prowadzoną działalnością oraz korzystaniem z serwisu internetowego www.battletag.pl.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2. Celem Polityki jest zapewnienie osobom, których dane dotyczą, pełnej informacji o sposobie przetwarzania danych osobowych, przysługujących im prawach oraz środkach stosowanych przez Administratora.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3. Battletag przetwarza dane zgodnie z RODO, ustawą o ochronie danych osobowych oraz innymi obowiązującymi przepisami.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4. Ochrona danych osobowych stanowi integralny element działalności Battletag.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2. Zakres stosowania Polityki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1. Polityka ma zastosowanie do wszystkich osób, których dane są przetwarzane przez Battletag.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2. Dotyczy w szczególności użytkowników strony, rodziców, opiekunów, uczestników wydarzeń, półkolonii, Akademii Młodego Skauta, szkoleń survivalowych, przedstawicieli szkół oraz kontrahentów.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3. Obejmuje dane pozyskane przez stronę internetową, formularze, pocztę elektroniczną, kontakt telefoniczny i dokumentację wymaganą przepisami prawa.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3. Zasady przetwarzania danych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Administrator kieruje się zasadami: zgodności z prawem, rzetelności i przejrzystości, ograniczenia celu, minimalizacji danych, prawidłowości, ograniczenia okresu przechowywania, integralności i poufności oraz rozliczalności.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4. Zakres działalności Battletag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Battletag organizuje półkolonie, Akademię Młodego Skauta, zajęcia Laser Tag, Archery Tag, szkolenia survivalowe, wycieczki szkolne, wydarzenia mobilne, </w:t>
      </w:r>
      <w:r w:rsidRPr="00627097">
        <w:rPr>
          <w:rFonts w:ascii="Arial" w:hAnsi="Arial" w:cs="Arial"/>
          <w:szCs w:val="24"/>
        </w:rPr>
        <w:lastRenderedPageBreak/>
        <w:t>imprezy urodzinowe i integracyjne. Dane osobowe przetwarzane są wyłącznie w zakresie niezbędnym do organizacji tych działań.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D4342F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II</w:t>
      </w:r>
    </w:p>
    <w:p w:rsidR="00D4342F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ADMINISTRATOR DANYCH OSOBOWYCH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5. Administrator danych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1. Administratorem danych osobowych jest Sebastian Zębała prowadzący działalność gospodarczą pod marką Battletag.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2. Administrator odpowiada za zgodne z prawem przetwarzanie danych oraz ich bezpieczeństwo.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3. Administrator określa cele i sposoby przetwarzania danych osobowych.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6. Kontakt z Administratorem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W sprawach dotyczących ochrony danych osobowych można kontaktować się z Administratorem za pośrednictwem danych kontaktowych opublikowanych na stronie internetowej Battletag.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7. Odpowiedzialność Administratora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Administrator odpowiada za zgodność przetwarzania danych z prawem, realizację praw osób, zabezpieczenie danych, współpracę z podmiotami przetwarzającymi oraz prowadzenie wymaganej dokumentacji.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8. Strony zewnętrzne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Serwis może zawierać odnośniki do stron zewnętrznych. Battletag nie odpowiada za zasady ochrony prywatności obowiązujące u ich administratorów.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D4342F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III</w:t>
      </w:r>
    </w:p>
    <w:p w:rsidR="00D4342F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ZAKRES I RODZAJE PRZETWARZANYCH DANYCH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9. Dane użytkowników strony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Przetwarzane mogą być: adres IP, data i godzina odwiedzin, typ przeglądarki, system operacyjny, informacje o urządzeniu, aktywność użytkownika oraz dane związane z plikami cookies.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lastRenderedPageBreak/>
        <w:t>§ 10. Dane z formularzy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W zależności od rodzaju formularza mogą być przetwarzane: imię i nazwisko, adres e-mail, numer telefonu, nazwa szkoły lub instytucji, treść wiadomości oraz inne dane dobrowolnie przekazane przez użytkownika.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11. Dane uczestników wydarzeń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Battletag może przetwarzać dane uczestników i ich opiekunów niezbędne do organizacji wydarzeń, półkolonii, szkoleń i innych aktywności, w tym dane wymagane przepisami dotyczącymi organizacji wypoczynku dzieci i młodzieży.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12. Dane kontrahentów</w:t>
      </w:r>
    </w:p>
    <w:p w:rsidR="00D4342F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>Przetwarzane mogą być dane przedstawicieli szkół, firm, jednostek samorządu terytorialnego oraz innych partnerów współpracujących z Battletag.</w:t>
      </w:r>
    </w:p>
    <w:p w:rsidR="00D4342F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13. Dane szczególnych kategorii</w:t>
      </w:r>
    </w:p>
    <w:p w:rsid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Co do zasady Battletag nie przetwarza danych szczególnych. Jeżeli przepisy wymagają przekazania informacji o stanie zdrowia uczestnika, dane te przetwarzane są wyłącznie w zakresie niezbędnym do </w:t>
      </w:r>
      <w:proofErr w:type="spellStart"/>
      <w:r w:rsidRPr="00627097">
        <w:rPr>
          <w:rFonts w:ascii="Arial" w:hAnsi="Arial" w:cs="Arial"/>
          <w:szCs w:val="24"/>
        </w:rPr>
        <w:t>zapewnienia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bezpieczeństwa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realizacji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obowiązków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prawnych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IV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CELE I PODSTAWY PRZETWARZANIA DANYCH OSOBOWYCH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14. </w:t>
      </w:r>
      <w:proofErr w:type="spellStart"/>
      <w:r w:rsidRPr="00627097">
        <w:rPr>
          <w:rFonts w:ascii="Arial" w:hAnsi="Arial" w:cs="Arial"/>
          <w:color w:val="auto"/>
          <w:szCs w:val="24"/>
        </w:rPr>
        <w:t>Kontakt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z </w:t>
      </w:r>
      <w:proofErr w:type="spellStart"/>
      <w:r w:rsidRPr="00627097">
        <w:rPr>
          <w:rFonts w:ascii="Arial" w:hAnsi="Arial" w:cs="Arial"/>
          <w:color w:val="auto"/>
          <w:szCs w:val="24"/>
        </w:rPr>
        <w:t>użytkownikiem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Dane </w:t>
      </w:r>
      <w:proofErr w:type="spellStart"/>
      <w:r w:rsidRPr="00627097">
        <w:rPr>
          <w:rFonts w:ascii="Arial" w:hAnsi="Arial" w:cs="Arial"/>
          <w:szCs w:val="24"/>
        </w:rPr>
        <w:t>przekazane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pośrednictwem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formularza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kontaktowego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poczty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elektronicznej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udzielenia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odpowiedzi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zapytanie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prowadzenia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dalszej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korespondencji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2. </w:t>
      </w:r>
      <w:proofErr w:type="spellStart"/>
      <w:r w:rsidRPr="00627097">
        <w:rPr>
          <w:rFonts w:ascii="Arial" w:hAnsi="Arial" w:cs="Arial"/>
          <w:szCs w:val="24"/>
        </w:rPr>
        <w:t>Podstawą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prawną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przetwarzania</w:t>
      </w:r>
      <w:proofErr w:type="spellEnd"/>
      <w:r w:rsidRPr="00627097">
        <w:rPr>
          <w:rFonts w:ascii="Arial" w:hAnsi="Arial" w:cs="Arial"/>
          <w:szCs w:val="24"/>
        </w:rPr>
        <w:t xml:space="preserve"> jest art. 6 </w:t>
      </w:r>
      <w:proofErr w:type="spellStart"/>
      <w:r w:rsidRPr="00627097">
        <w:rPr>
          <w:rFonts w:ascii="Arial" w:hAnsi="Arial" w:cs="Arial"/>
          <w:szCs w:val="24"/>
        </w:rPr>
        <w:t>ust</w:t>
      </w:r>
      <w:proofErr w:type="spellEnd"/>
      <w:r w:rsidRPr="00627097">
        <w:rPr>
          <w:rFonts w:ascii="Arial" w:hAnsi="Arial" w:cs="Arial"/>
          <w:szCs w:val="24"/>
        </w:rPr>
        <w:t xml:space="preserve">. 1 lit. b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f RODO, w </w:t>
      </w:r>
      <w:proofErr w:type="spellStart"/>
      <w:r w:rsidRPr="00627097">
        <w:rPr>
          <w:rFonts w:ascii="Arial" w:hAnsi="Arial" w:cs="Arial"/>
          <w:szCs w:val="24"/>
        </w:rPr>
        <w:t>zależności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charakteru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kontaktu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15. </w:t>
      </w:r>
      <w:proofErr w:type="spellStart"/>
      <w:r w:rsidRPr="00627097">
        <w:rPr>
          <w:rFonts w:ascii="Arial" w:hAnsi="Arial" w:cs="Arial"/>
          <w:color w:val="auto"/>
          <w:szCs w:val="24"/>
        </w:rPr>
        <w:t>Organizacja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wydarzeń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Dane </w:t>
      </w:r>
      <w:proofErr w:type="spellStart"/>
      <w:r w:rsidRPr="00627097">
        <w:rPr>
          <w:rFonts w:ascii="Arial" w:hAnsi="Arial" w:cs="Arial"/>
          <w:szCs w:val="24"/>
        </w:rPr>
        <w:t>uczestników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opiekunów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organizacji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przeprowadzenia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wydarzeń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oferowanych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, w </w:t>
      </w:r>
      <w:proofErr w:type="spellStart"/>
      <w:r w:rsidRPr="00627097">
        <w:rPr>
          <w:rFonts w:ascii="Arial" w:hAnsi="Arial" w:cs="Arial"/>
          <w:szCs w:val="24"/>
        </w:rPr>
        <w:t>tym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półkolonii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Akademii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Młodego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Skauta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zajęć</w:t>
      </w:r>
      <w:proofErr w:type="spellEnd"/>
      <w:r w:rsidRPr="00627097">
        <w:rPr>
          <w:rFonts w:ascii="Arial" w:hAnsi="Arial" w:cs="Arial"/>
          <w:szCs w:val="24"/>
        </w:rPr>
        <w:t xml:space="preserve"> Laser Tag, Archery Tag, </w:t>
      </w:r>
      <w:proofErr w:type="spellStart"/>
      <w:r w:rsidRPr="00627097">
        <w:rPr>
          <w:rFonts w:ascii="Arial" w:hAnsi="Arial" w:cs="Arial"/>
          <w:szCs w:val="24"/>
        </w:rPr>
        <w:t>szkoleń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survivalowych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wycieczek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szkolnych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wydarzeń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mobilnych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lastRenderedPageBreak/>
        <w:t xml:space="preserve">2. </w:t>
      </w:r>
      <w:proofErr w:type="spellStart"/>
      <w:r w:rsidRPr="00627097">
        <w:rPr>
          <w:rFonts w:ascii="Arial" w:hAnsi="Arial" w:cs="Arial"/>
          <w:szCs w:val="24"/>
        </w:rPr>
        <w:t>Zakres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ograniczony</w:t>
      </w:r>
      <w:proofErr w:type="spellEnd"/>
      <w:r w:rsidRPr="00627097">
        <w:rPr>
          <w:rFonts w:ascii="Arial" w:hAnsi="Arial" w:cs="Arial"/>
          <w:szCs w:val="24"/>
        </w:rPr>
        <w:t xml:space="preserve"> jest do </w:t>
      </w:r>
      <w:proofErr w:type="spellStart"/>
      <w:r w:rsidRPr="00627097">
        <w:rPr>
          <w:rFonts w:ascii="Arial" w:hAnsi="Arial" w:cs="Arial"/>
          <w:szCs w:val="24"/>
        </w:rPr>
        <w:t>informacji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niezbędnych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prawidłowej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organizacji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wydarzenia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zapewnienia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bezpieczeństwa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uczestników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16. </w:t>
      </w:r>
      <w:proofErr w:type="spellStart"/>
      <w:r w:rsidRPr="00627097">
        <w:rPr>
          <w:rFonts w:ascii="Arial" w:hAnsi="Arial" w:cs="Arial"/>
          <w:color w:val="auto"/>
          <w:szCs w:val="24"/>
        </w:rPr>
        <w:t>Realizacja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obowiązków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prawnych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Administrator </w:t>
      </w:r>
      <w:proofErr w:type="spellStart"/>
      <w:r w:rsidRPr="00627097">
        <w:rPr>
          <w:rFonts w:ascii="Arial" w:hAnsi="Arial" w:cs="Arial"/>
          <w:szCs w:val="24"/>
        </w:rPr>
        <w:t>przetwarza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realizacji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obowiązków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wynikających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przepisów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prawa</w:t>
      </w:r>
      <w:proofErr w:type="spellEnd"/>
      <w:r w:rsidRPr="00627097">
        <w:rPr>
          <w:rFonts w:ascii="Arial" w:hAnsi="Arial" w:cs="Arial"/>
          <w:szCs w:val="24"/>
        </w:rPr>
        <w:t xml:space="preserve">, w </w:t>
      </w:r>
      <w:proofErr w:type="spellStart"/>
      <w:r w:rsidRPr="00627097">
        <w:rPr>
          <w:rFonts w:ascii="Arial" w:hAnsi="Arial" w:cs="Arial"/>
          <w:szCs w:val="24"/>
        </w:rPr>
        <w:t>szczególności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dotyczących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organizacji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wypoczynku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dzieci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młodzieży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rachunkowości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podatków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archiwizacji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dokumentacji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>§ 17. Marketing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może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przesyłania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informacji</w:t>
      </w:r>
      <w:proofErr w:type="spellEnd"/>
      <w:r w:rsidRPr="00627097">
        <w:rPr>
          <w:rFonts w:ascii="Arial" w:hAnsi="Arial" w:cs="Arial"/>
          <w:szCs w:val="24"/>
        </w:rPr>
        <w:t xml:space="preserve"> o </w:t>
      </w:r>
      <w:proofErr w:type="spellStart"/>
      <w:r w:rsidRPr="00627097">
        <w:rPr>
          <w:rFonts w:ascii="Arial" w:hAnsi="Arial" w:cs="Arial"/>
          <w:szCs w:val="24"/>
        </w:rPr>
        <w:t>swojej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działalności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wtedy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gdy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użytkownik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wyraził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wymaganą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zgodę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istnieje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podstawa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prawna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2. </w:t>
      </w:r>
      <w:proofErr w:type="spellStart"/>
      <w:r w:rsidRPr="00627097">
        <w:rPr>
          <w:rFonts w:ascii="Arial" w:hAnsi="Arial" w:cs="Arial"/>
          <w:szCs w:val="24"/>
        </w:rPr>
        <w:t>Zgoda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może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zostać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cofnięta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każdym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czasie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18. </w:t>
      </w:r>
      <w:proofErr w:type="spellStart"/>
      <w:r w:rsidRPr="00627097">
        <w:rPr>
          <w:rFonts w:ascii="Arial" w:hAnsi="Arial" w:cs="Arial"/>
          <w:color w:val="auto"/>
          <w:szCs w:val="24"/>
        </w:rPr>
        <w:t>Dochodzenie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roszczeń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Dane </w:t>
      </w:r>
      <w:proofErr w:type="spellStart"/>
      <w:r w:rsidRPr="00627097">
        <w:rPr>
          <w:rFonts w:ascii="Arial" w:hAnsi="Arial" w:cs="Arial"/>
          <w:szCs w:val="24"/>
        </w:rPr>
        <w:t>mogą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być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również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ustalenia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dochodzenia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obrony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przed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roszczeniami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wynikającymi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prowadzonej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działalności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V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PODSTAWY PRAWNE PRZETWARZANIA DANYCH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19. </w:t>
      </w:r>
      <w:proofErr w:type="spellStart"/>
      <w:r w:rsidRPr="00627097">
        <w:rPr>
          <w:rFonts w:ascii="Arial" w:hAnsi="Arial" w:cs="Arial"/>
          <w:color w:val="auto"/>
          <w:szCs w:val="24"/>
        </w:rPr>
        <w:t>Podstawy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prawne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zgodnie</w:t>
      </w:r>
      <w:proofErr w:type="spellEnd"/>
      <w:r w:rsidRPr="00627097">
        <w:rPr>
          <w:rFonts w:ascii="Arial" w:hAnsi="Arial" w:cs="Arial"/>
          <w:szCs w:val="24"/>
        </w:rPr>
        <w:t xml:space="preserve"> z art. 6 </w:t>
      </w:r>
      <w:proofErr w:type="spellStart"/>
      <w:r w:rsidRPr="00627097">
        <w:rPr>
          <w:rFonts w:ascii="Arial" w:hAnsi="Arial" w:cs="Arial"/>
          <w:szCs w:val="24"/>
        </w:rPr>
        <w:t>ust</w:t>
      </w:r>
      <w:proofErr w:type="spellEnd"/>
      <w:r w:rsidRPr="00627097">
        <w:rPr>
          <w:rFonts w:ascii="Arial" w:hAnsi="Arial" w:cs="Arial"/>
          <w:szCs w:val="24"/>
        </w:rPr>
        <w:t xml:space="preserve">. 1 RODO, w </w:t>
      </w:r>
      <w:proofErr w:type="spellStart"/>
      <w:r w:rsidRPr="00627097">
        <w:rPr>
          <w:rFonts w:ascii="Arial" w:hAnsi="Arial" w:cs="Arial"/>
          <w:szCs w:val="24"/>
        </w:rPr>
        <w:t>szczególności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podstawie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osoby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wykonania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umowy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obowiązku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prawnego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uzasadnionego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interesu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Administratora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20. </w:t>
      </w:r>
      <w:proofErr w:type="spellStart"/>
      <w:r w:rsidRPr="00627097">
        <w:rPr>
          <w:rFonts w:ascii="Arial" w:hAnsi="Arial" w:cs="Arial"/>
          <w:color w:val="auto"/>
          <w:szCs w:val="24"/>
        </w:rPr>
        <w:t>Zgoda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Jeżeli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podstawą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przetwarzania</w:t>
      </w:r>
      <w:proofErr w:type="spellEnd"/>
      <w:r w:rsidRPr="00627097">
        <w:rPr>
          <w:rFonts w:ascii="Arial" w:hAnsi="Arial" w:cs="Arial"/>
          <w:szCs w:val="24"/>
        </w:rPr>
        <w:t xml:space="preserve"> jest </w:t>
      </w:r>
      <w:proofErr w:type="spellStart"/>
      <w:r w:rsidRPr="00627097">
        <w:rPr>
          <w:rFonts w:ascii="Arial" w:hAnsi="Arial" w:cs="Arial"/>
          <w:szCs w:val="24"/>
        </w:rPr>
        <w:t>zgoda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może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zostać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cofnięta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dowolnym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momencie</w:t>
      </w:r>
      <w:proofErr w:type="spellEnd"/>
      <w:r w:rsidRPr="00627097">
        <w:rPr>
          <w:rFonts w:ascii="Arial" w:hAnsi="Arial" w:cs="Arial"/>
          <w:szCs w:val="24"/>
        </w:rPr>
        <w:t xml:space="preserve"> bez </w:t>
      </w:r>
      <w:proofErr w:type="spellStart"/>
      <w:r w:rsidRPr="00627097">
        <w:rPr>
          <w:rFonts w:ascii="Arial" w:hAnsi="Arial" w:cs="Arial"/>
          <w:szCs w:val="24"/>
        </w:rPr>
        <w:t>wpływu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zgodność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prawem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wcześniejszego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przetwarzania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21. </w:t>
      </w:r>
      <w:proofErr w:type="spellStart"/>
      <w:r w:rsidRPr="00627097">
        <w:rPr>
          <w:rFonts w:ascii="Arial" w:hAnsi="Arial" w:cs="Arial"/>
          <w:color w:val="auto"/>
          <w:szCs w:val="24"/>
        </w:rPr>
        <w:t>Obowiązek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podania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danych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Podanie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części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jest </w:t>
      </w:r>
      <w:proofErr w:type="spellStart"/>
      <w:r w:rsidRPr="00627097">
        <w:rPr>
          <w:rFonts w:ascii="Arial" w:hAnsi="Arial" w:cs="Arial"/>
          <w:szCs w:val="24"/>
        </w:rPr>
        <w:t>dobrowolne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jednak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wielu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przypadkach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niezbędne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organizacji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wydarzenia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udzielenia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odpowiedzi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zapytanie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lastRenderedPageBreak/>
        <w:t>ROZDZIAŁ VI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DANE DZIECI I UCZESTNIKÓW WYPOCZYNKU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22. </w:t>
      </w:r>
      <w:proofErr w:type="spellStart"/>
      <w:r w:rsidRPr="00627097">
        <w:rPr>
          <w:rFonts w:ascii="Arial" w:hAnsi="Arial" w:cs="Arial"/>
          <w:color w:val="auto"/>
          <w:szCs w:val="24"/>
        </w:rPr>
        <w:t>Szczególna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ochrona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danych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dzieci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przywiązuje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szczególną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wagę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ochrony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dzieci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2. Dane </w:t>
      </w:r>
      <w:proofErr w:type="spellStart"/>
      <w:r w:rsidRPr="00627097">
        <w:rPr>
          <w:rFonts w:ascii="Arial" w:hAnsi="Arial" w:cs="Arial"/>
          <w:szCs w:val="24"/>
        </w:rPr>
        <w:t>małoletnich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zakresie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niezbędnym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organizacji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zajęć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zapewnienia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bezpieczeństwa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uczestników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23. Dane </w:t>
      </w:r>
      <w:proofErr w:type="spellStart"/>
      <w:r w:rsidRPr="00627097">
        <w:rPr>
          <w:rFonts w:ascii="Arial" w:hAnsi="Arial" w:cs="Arial"/>
          <w:color w:val="auto"/>
          <w:szCs w:val="24"/>
        </w:rPr>
        <w:t>przekazywane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przez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rodziców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Rodzice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opiekunowie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prawni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przekazują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wymagane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przepisami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niezbędne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właściwej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organizacji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wydarzenia</w:t>
      </w:r>
      <w:proofErr w:type="spellEnd"/>
      <w:r w:rsidRPr="00627097">
        <w:rPr>
          <w:rFonts w:ascii="Arial" w:hAnsi="Arial" w:cs="Arial"/>
          <w:szCs w:val="24"/>
        </w:rPr>
        <w:t xml:space="preserve">, w </w:t>
      </w:r>
      <w:proofErr w:type="spellStart"/>
      <w:r w:rsidRPr="00627097">
        <w:rPr>
          <w:rFonts w:ascii="Arial" w:hAnsi="Arial" w:cs="Arial"/>
          <w:szCs w:val="24"/>
        </w:rPr>
        <w:t>tym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informacje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zawarte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kartach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kwalifikacyjnych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uczestnika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wypoczynku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24. </w:t>
      </w:r>
      <w:proofErr w:type="spellStart"/>
      <w:r w:rsidRPr="00627097">
        <w:rPr>
          <w:rFonts w:ascii="Arial" w:hAnsi="Arial" w:cs="Arial"/>
          <w:color w:val="auto"/>
          <w:szCs w:val="24"/>
        </w:rPr>
        <w:t>Informacje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dotyczące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zdrowia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Jeżeli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wymagają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przekazania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informacji</w:t>
      </w:r>
      <w:proofErr w:type="spellEnd"/>
      <w:r w:rsidRPr="00627097">
        <w:rPr>
          <w:rFonts w:ascii="Arial" w:hAnsi="Arial" w:cs="Arial"/>
          <w:szCs w:val="24"/>
        </w:rPr>
        <w:t xml:space="preserve"> o </w:t>
      </w:r>
      <w:proofErr w:type="spellStart"/>
      <w:r w:rsidRPr="00627097">
        <w:rPr>
          <w:rFonts w:ascii="Arial" w:hAnsi="Arial" w:cs="Arial"/>
          <w:szCs w:val="24"/>
        </w:rPr>
        <w:t>stanie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zdrowia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uczestnika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te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wykorzystywane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zapewnienia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właściwej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opieki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bezpieczeństwa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podczas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zajęć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25. </w:t>
      </w:r>
      <w:proofErr w:type="spellStart"/>
      <w:r w:rsidRPr="00627097">
        <w:rPr>
          <w:rFonts w:ascii="Arial" w:hAnsi="Arial" w:cs="Arial"/>
          <w:color w:val="auto"/>
          <w:szCs w:val="24"/>
        </w:rPr>
        <w:t>Wizerunek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małoletnich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Publikacja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zdjęć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materiałów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filmowych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przedstawiających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małoletnich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odbywa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się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zgodnie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obowiązującymi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przepisami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podstawie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odpowiednich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zgód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rodziców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opiekunów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prawnych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26. </w:t>
      </w:r>
      <w:proofErr w:type="spellStart"/>
      <w:r w:rsidRPr="00627097">
        <w:rPr>
          <w:rFonts w:ascii="Arial" w:hAnsi="Arial" w:cs="Arial"/>
          <w:color w:val="auto"/>
          <w:szCs w:val="24"/>
        </w:rPr>
        <w:t>Poufność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Osoby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mające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dostęp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dzieci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zobowiązane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zachowania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poufności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wykorzystywania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informacji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zakresie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wykonywanych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obowiązków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VII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ODBIORCY DANYCH OSOBOWYCH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27. </w:t>
      </w:r>
      <w:proofErr w:type="spellStart"/>
      <w:r w:rsidRPr="00627097">
        <w:rPr>
          <w:rFonts w:ascii="Arial" w:hAnsi="Arial" w:cs="Arial"/>
          <w:color w:val="auto"/>
          <w:szCs w:val="24"/>
        </w:rPr>
        <w:t>Zasady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udostępniania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danych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sprzedaje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udostępnia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nieuprawnionym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2. Dane </w:t>
      </w:r>
      <w:proofErr w:type="spellStart"/>
      <w:r w:rsidRPr="00627097">
        <w:rPr>
          <w:rFonts w:ascii="Arial" w:hAnsi="Arial" w:cs="Arial"/>
          <w:szCs w:val="24"/>
        </w:rPr>
        <w:t>przekazywane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wtedy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gdy</w:t>
      </w:r>
      <w:proofErr w:type="spellEnd"/>
      <w:r w:rsidRPr="00627097">
        <w:rPr>
          <w:rFonts w:ascii="Arial" w:hAnsi="Arial" w:cs="Arial"/>
          <w:szCs w:val="24"/>
        </w:rPr>
        <w:t xml:space="preserve"> jest to </w:t>
      </w:r>
      <w:proofErr w:type="spellStart"/>
      <w:r w:rsidRPr="00627097">
        <w:rPr>
          <w:rFonts w:ascii="Arial" w:hAnsi="Arial" w:cs="Arial"/>
          <w:szCs w:val="24"/>
        </w:rPr>
        <w:t>niezbędne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realizacji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usług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wykonania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obowiązków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podstawie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osoby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której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dotyczą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lastRenderedPageBreak/>
        <w:t xml:space="preserve">§ 28. </w:t>
      </w:r>
      <w:proofErr w:type="spellStart"/>
      <w:r w:rsidRPr="00627097">
        <w:rPr>
          <w:rFonts w:ascii="Arial" w:hAnsi="Arial" w:cs="Arial"/>
          <w:color w:val="auto"/>
          <w:szCs w:val="24"/>
        </w:rPr>
        <w:t>Podmioty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przetwarzające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Dane </w:t>
      </w:r>
      <w:proofErr w:type="spellStart"/>
      <w:r w:rsidRPr="00627097">
        <w:rPr>
          <w:rFonts w:ascii="Arial" w:hAnsi="Arial" w:cs="Arial"/>
          <w:szCs w:val="24"/>
        </w:rPr>
        <w:t>mogą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być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powierzane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podmiotom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świadczącym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usługi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rzecz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, w </w:t>
      </w:r>
      <w:proofErr w:type="spellStart"/>
      <w:r w:rsidRPr="00627097">
        <w:rPr>
          <w:rFonts w:ascii="Arial" w:hAnsi="Arial" w:cs="Arial"/>
          <w:szCs w:val="24"/>
        </w:rPr>
        <w:t>szczególności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dostawcy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hostingu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operatorowi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strony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internetowej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dostawcom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usług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informatycznych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biuru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rachunkowemu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podmiotom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wspierającym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organizację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wydarzeń</w:t>
      </w:r>
      <w:proofErr w:type="spellEnd"/>
      <w:r w:rsidRPr="00627097">
        <w:rPr>
          <w:rFonts w:ascii="Arial" w:hAnsi="Arial" w:cs="Arial"/>
          <w:szCs w:val="24"/>
        </w:rPr>
        <w:t xml:space="preserve"> –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zakresie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niezbędnym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wykonania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powierzonych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zadań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29. </w:t>
      </w:r>
      <w:proofErr w:type="spellStart"/>
      <w:r w:rsidRPr="00627097">
        <w:rPr>
          <w:rFonts w:ascii="Arial" w:hAnsi="Arial" w:cs="Arial"/>
          <w:color w:val="auto"/>
          <w:szCs w:val="24"/>
        </w:rPr>
        <w:t>Organy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publiczne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Dane </w:t>
      </w:r>
      <w:proofErr w:type="spellStart"/>
      <w:r w:rsidRPr="00627097">
        <w:rPr>
          <w:rFonts w:ascii="Arial" w:hAnsi="Arial" w:cs="Arial"/>
          <w:szCs w:val="24"/>
        </w:rPr>
        <w:t>mogą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zostać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udostępnione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organom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administracji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publicznej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sądom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Policji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innym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uprawnionym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instytucjom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przypadkach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przewidzianych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przepisami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prawa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30. </w:t>
      </w:r>
      <w:proofErr w:type="spellStart"/>
      <w:r w:rsidRPr="00627097">
        <w:rPr>
          <w:rFonts w:ascii="Arial" w:hAnsi="Arial" w:cs="Arial"/>
          <w:color w:val="auto"/>
          <w:szCs w:val="24"/>
        </w:rPr>
        <w:t>Przekazywanie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danych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poza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EOG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Administrator </w:t>
      </w:r>
      <w:proofErr w:type="spellStart"/>
      <w:r w:rsidRPr="00627097">
        <w:rPr>
          <w:rFonts w:ascii="Arial" w:hAnsi="Arial" w:cs="Arial"/>
          <w:szCs w:val="24"/>
        </w:rPr>
        <w:t>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planuje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przekazywania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poza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Europejski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Obszar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Gospodarczy</w:t>
      </w:r>
      <w:proofErr w:type="spellEnd"/>
      <w:r w:rsidRPr="00627097">
        <w:rPr>
          <w:rFonts w:ascii="Arial" w:hAnsi="Arial" w:cs="Arial"/>
          <w:szCs w:val="24"/>
        </w:rPr>
        <w:t xml:space="preserve">. </w:t>
      </w:r>
      <w:proofErr w:type="spellStart"/>
      <w:r w:rsidRPr="00627097">
        <w:rPr>
          <w:rFonts w:ascii="Arial" w:hAnsi="Arial" w:cs="Arial"/>
          <w:szCs w:val="24"/>
        </w:rPr>
        <w:t>Jeżeli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będzie</w:t>
      </w:r>
      <w:proofErr w:type="spellEnd"/>
      <w:r w:rsidRPr="00627097">
        <w:rPr>
          <w:rFonts w:ascii="Arial" w:hAnsi="Arial" w:cs="Arial"/>
          <w:szCs w:val="24"/>
        </w:rPr>
        <w:t xml:space="preserve"> to </w:t>
      </w:r>
      <w:proofErr w:type="spellStart"/>
      <w:r w:rsidRPr="00627097">
        <w:rPr>
          <w:rFonts w:ascii="Arial" w:hAnsi="Arial" w:cs="Arial"/>
          <w:szCs w:val="24"/>
        </w:rPr>
        <w:t>konieczne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związku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wykorzystywanymi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usługami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nastąpi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zachowaniem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wymogów</w:t>
      </w:r>
      <w:proofErr w:type="spellEnd"/>
      <w:r w:rsidRPr="00627097">
        <w:rPr>
          <w:rFonts w:ascii="Arial" w:hAnsi="Arial" w:cs="Arial"/>
          <w:szCs w:val="24"/>
        </w:rPr>
        <w:t xml:space="preserve"> RODO.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VIII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OKRES PRZECHOWYWANIA DANYCH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31. </w:t>
      </w:r>
      <w:proofErr w:type="spellStart"/>
      <w:r w:rsidRPr="00627097">
        <w:rPr>
          <w:rFonts w:ascii="Arial" w:hAnsi="Arial" w:cs="Arial"/>
          <w:color w:val="auto"/>
          <w:szCs w:val="24"/>
        </w:rPr>
        <w:t>Zasady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przechowywania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Dane </w:t>
      </w:r>
      <w:proofErr w:type="spellStart"/>
      <w:r w:rsidRPr="00627097">
        <w:rPr>
          <w:rFonts w:ascii="Arial" w:hAnsi="Arial" w:cs="Arial"/>
          <w:szCs w:val="24"/>
        </w:rPr>
        <w:t>przechowywane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okres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niezbędny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realizacji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dla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którego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zostały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zebrane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okres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wynikający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obowiązujących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prawa</w:t>
      </w:r>
      <w:proofErr w:type="spellEnd"/>
      <w:r w:rsidRPr="00627097">
        <w:rPr>
          <w:rFonts w:ascii="Arial" w:hAnsi="Arial" w:cs="Arial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27097" w:rsidRPr="00627097" w:rsidTr="00D22926"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t>Rodzaj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danych</w:t>
            </w:r>
            <w:proofErr w:type="spellEnd"/>
          </w:p>
        </w:tc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t>Okres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przechowywania</w:t>
            </w:r>
            <w:proofErr w:type="spellEnd"/>
          </w:p>
        </w:tc>
      </w:tr>
      <w:tr w:rsidR="00627097" w:rsidRPr="00627097" w:rsidTr="00D22926"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t>Zapytania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z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formularza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kontaktowego</w:t>
            </w:r>
            <w:proofErr w:type="spellEnd"/>
          </w:p>
        </w:tc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27097">
              <w:rPr>
                <w:rFonts w:ascii="Arial" w:hAnsi="Arial" w:cs="Arial"/>
                <w:szCs w:val="24"/>
              </w:rPr>
              <w:t xml:space="preserve">Do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zakończenia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korespondencji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lub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przedawnienia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ewentualnych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roszczeń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>.</w:t>
            </w:r>
          </w:p>
        </w:tc>
      </w:tr>
      <w:tr w:rsidR="00627097" w:rsidRPr="00627097" w:rsidTr="00D22926"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t>Dokumentacja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wydarzeń</w:t>
            </w:r>
            <w:proofErr w:type="spellEnd"/>
          </w:p>
        </w:tc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t>Przez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okres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niezbędny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do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organizacji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wydarzenia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oraz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wymagany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przepisami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prawa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>.</w:t>
            </w:r>
          </w:p>
        </w:tc>
      </w:tr>
      <w:tr w:rsidR="00627097" w:rsidRPr="00627097" w:rsidTr="00D22926"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t>Dokumentacja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wypoczynku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dzieci</w:t>
            </w:r>
            <w:proofErr w:type="spellEnd"/>
          </w:p>
        </w:tc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t>Zgodnie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z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obowiązującymi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przepisami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dotyczącymi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organizacji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wypoczynku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>.</w:t>
            </w:r>
          </w:p>
        </w:tc>
      </w:tr>
      <w:tr w:rsidR="00627097" w:rsidRPr="00627097" w:rsidTr="00D22926"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lastRenderedPageBreak/>
              <w:t>Dokumentacja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księgowa</w:t>
            </w:r>
            <w:proofErr w:type="spellEnd"/>
          </w:p>
        </w:tc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27097">
              <w:rPr>
                <w:rFonts w:ascii="Arial" w:hAnsi="Arial" w:cs="Arial"/>
                <w:szCs w:val="24"/>
              </w:rPr>
              <w:t>Przez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okres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wymagany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przepisami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podatkowymi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rachunkowymi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>.</w:t>
            </w:r>
          </w:p>
        </w:tc>
      </w:tr>
      <w:tr w:rsidR="00627097" w:rsidRPr="00627097" w:rsidTr="00D22926"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27097">
              <w:rPr>
                <w:rFonts w:ascii="Arial" w:hAnsi="Arial" w:cs="Arial"/>
                <w:szCs w:val="24"/>
              </w:rPr>
              <w:t xml:space="preserve">Dane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przetwarzane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na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podstawie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zgody</w:t>
            </w:r>
            <w:proofErr w:type="spellEnd"/>
          </w:p>
        </w:tc>
        <w:tc>
          <w:tcPr>
            <w:tcW w:w="4320" w:type="dxa"/>
          </w:tcPr>
          <w:p w:rsidR="00627097" w:rsidRPr="00627097" w:rsidRDefault="00627097" w:rsidP="00627097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27097">
              <w:rPr>
                <w:rFonts w:ascii="Arial" w:hAnsi="Arial" w:cs="Arial"/>
                <w:szCs w:val="24"/>
              </w:rPr>
              <w:t xml:space="preserve">Do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czasu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cofnięcia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zgody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lub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ustania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celu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27097">
              <w:rPr>
                <w:rFonts w:ascii="Arial" w:hAnsi="Arial" w:cs="Arial"/>
                <w:szCs w:val="24"/>
              </w:rPr>
              <w:t>przetwarzania</w:t>
            </w:r>
            <w:proofErr w:type="spellEnd"/>
            <w:r w:rsidRPr="00627097">
              <w:rPr>
                <w:rFonts w:ascii="Arial" w:hAnsi="Arial" w:cs="Arial"/>
                <w:szCs w:val="24"/>
              </w:rPr>
              <w:t>.</w:t>
            </w:r>
          </w:p>
        </w:tc>
      </w:tr>
    </w:tbl>
    <w:p w:rsid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32. </w:t>
      </w:r>
      <w:proofErr w:type="spellStart"/>
      <w:r w:rsidRPr="00627097">
        <w:rPr>
          <w:rFonts w:ascii="Arial" w:hAnsi="Arial" w:cs="Arial"/>
          <w:color w:val="auto"/>
          <w:szCs w:val="24"/>
        </w:rPr>
        <w:t>Usuwanie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danych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Po </w:t>
      </w:r>
      <w:proofErr w:type="spellStart"/>
      <w:r w:rsidRPr="00627097">
        <w:rPr>
          <w:rFonts w:ascii="Arial" w:hAnsi="Arial" w:cs="Arial"/>
          <w:szCs w:val="24"/>
        </w:rPr>
        <w:t>upływie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okresu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przechowywania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usuwane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anonimizowane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chyba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że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dalsze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przechowywanie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wynika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obowiązujących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prawa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IX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PRAWA OSÓB, KTÓRYCH DANE DOTYCZĄ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33. </w:t>
      </w:r>
      <w:proofErr w:type="spellStart"/>
      <w:r w:rsidRPr="00627097">
        <w:rPr>
          <w:rFonts w:ascii="Arial" w:hAnsi="Arial" w:cs="Arial"/>
          <w:color w:val="auto"/>
          <w:szCs w:val="24"/>
        </w:rPr>
        <w:t>Zakres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praw</w:t>
      </w:r>
      <w:proofErr w:type="spellEnd"/>
    </w:p>
    <w:p w:rsidR="00627097" w:rsidRPr="00627097" w:rsidRDefault="00627097" w:rsidP="00627097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dostępu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>;</w:t>
      </w:r>
    </w:p>
    <w:p w:rsidR="00627097" w:rsidRPr="00627097" w:rsidRDefault="00627097" w:rsidP="00627097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sprostowania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>;</w:t>
      </w:r>
    </w:p>
    <w:p w:rsidR="00627097" w:rsidRPr="00627097" w:rsidRDefault="00627097" w:rsidP="00627097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usunięcia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(„</w:t>
      </w: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bycia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zapomnianym</w:t>
      </w:r>
      <w:proofErr w:type="spellEnd"/>
      <w:r w:rsidRPr="00627097">
        <w:rPr>
          <w:rFonts w:ascii="Arial" w:hAnsi="Arial" w:cs="Arial"/>
          <w:szCs w:val="24"/>
        </w:rPr>
        <w:t xml:space="preserve">”), </w:t>
      </w:r>
      <w:proofErr w:type="spellStart"/>
      <w:r w:rsidRPr="00627097">
        <w:rPr>
          <w:rFonts w:ascii="Arial" w:hAnsi="Arial" w:cs="Arial"/>
          <w:szCs w:val="24"/>
        </w:rPr>
        <w:t>jeżeli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to </w:t>
      </w:r>
      <w:proofErr w:type="spellStart"/>
      <w:r w:rsidRPr="00627097">
        <w:rPr>
          <w:rFonts w:ascii="Arial" w:hAnsi="Arial" w:cs="Arial"/>
          <w:szCs w:val="24"/>
        </w:rPr>
        <w:t>pozwalają</w:t>
      </w:r>
      <w:proofErr w:type="spellEnd"/>
      <w:r w:rsidRPr="00627097">
        <w:rPr>
          <w:rFonts w:ascii="Arial" w:hAnsi="Arial" w:cs="Arial"/>
          <w:szCs w:val="24"/>
        </w:rPr>
        <w:t>;</w:t>
      </w:r>
    </w:p>
    <w:p w:rsidR="00627097" w:rsidRPr="00627097" w:rsidRDefault="00627097" w:rsidP="00627097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ograniczenia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przetwarzania</w:t>
      </w:r>
      <w:proofErr w:type="spellEnd"/>
      <w:r w:rsidRPr="00627097">
        <w:rPr>
          <w:rFonts w:ascii="Arial" w:hAnsi="Arial" w:cs="Arial"/>
          <w:szCs w:val="24"/>
        </w:rPr>
        <w:t>;</w:t>
      </w:r>
    </w:p>
    <w:p w:rsidR="00627097" w:rsidRPr="00627097" w:rsidRDefault="00627097" w:rsidP="00627097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przenoszenia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>;</w:t>
      </w:r>
    </w:p>
    <w:p w:rsidR="00627097" w:rsidRPr="00627097" w:rsidRDefault="00627097" w:rsidP="00627097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wniesienia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sprzeciwu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wobec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przetwarzania</w:t>
      </w:r>
      <w:proofErr w:type="spellEnd"/>
      <w:r w:rsidRPr="00627097">
        <w:rPr>
          <w:rFonts w:ascii="Arial" w:hAnsi="Arial" w:cs="Arial"/>
          <w:szCs w:val="24"/>
        </w:rPr>
        <w:t>;</w:t>
      </w:r>
    </w:p>
    <w:p w:rsidR="00627097" w:rsidRPr="00627097" w:rsidRDefault="00627097" w:rsidP="00627097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cofnięcia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zgody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dowolnym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momencie</w:t>
      </w:r>
      <w:proofErr w:type="spellEnd"/>
      <w:r w:rsidRPr="00627097">
        <w:rPr>
          <w:rFonts w:ascii="Arial" w:hAnsi="Arial" w:cs="Arial"/>
          <w:szCs w:val="24"/>
        </w:rPr>
        <w:t>;</w:t>
      </w:r>
    </w:p>
    <w:p w:rsidR="00627097" w:rsidRPr="00627097" w:rsidRDefault="00627097" w:rsidP="00627097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prawo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wniesienia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skargi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Prezesa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Urzędu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Ochrony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34. </w:t>
      </w:r>
      <w:proofErr w:type="spellStart"/>
      <w:r w:rsidRPr="00627097">
        <w:rPr>
          <w:rFonts w:ascii="Arial" w:hAnsi="Arial" w:cs="Arial"/>
          <w:color w:val="auto"/>
          <w:szCs w:val="24"/>
        </w:rPr>
        <w:t>Realizacja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praw</w:t>
      </w:r>
      <w:proofErr w:type="spellEnd"/>
    </w:p>
    <w:p w:rsidR="00627097" w:rsidRDefault="00627097" w:rsidP="009E6929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Wnioski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dotyczące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realizacji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powyższych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można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kierować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Administratora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pośrednictwem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kontaktowych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wskazanych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stronie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internetowej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. Administrator </w:t>
      </w:r>
      <w:proofErr w:type="spellStart"/>
      <w:r w:rsidRPr="00627097">
        <w:rPr>
          <w:rFonts w:ascii="Arial" w:hAnsi="Arial" w:cs="Arial"/>
          <w:szCs w:val="24"/>
        </w:rPr>
        <w:t>rozpatruje</w:t>
      </w:r>
      <w:proofErr w:type="spellEnd"/>
      <w:r w:rsidRPr="00627097">
        <w:rPr>
          <w:rFonts w:ascii="Arial" w:hAnsi="Arial" w:cs="Arial"/>
          <w:szCs w:val="24"/>
        </w:rPr>
        <w:t xml:space="preserve"> je bez </w:t>
      </w:r>
      <w:proofErr w:type="spellStart"/>
      <w:r w:rsidRPr="00627097">
        <w:rPr>
          <w:rFonts w:ascii="Arial" w:hAnsi="Arial" w:cs="Arial"/>
          <w:szCs w:val="24"/>
        </w:rPr>
        <w:t>zbędnej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zwłoki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później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niż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terminach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określonych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przez</w:t>
      </w:r>
      <w:proofErr w:type="spellEnd"/>
      <w:r w:rsidRPr="00627097">
        <w:rPr>
          <w:rFonts w:ascii="Arial" w:hAnsi="Arial" w:cs="Arial"/>
          <w:szCs w:val="24"/>
        </w:rPr>
        <w:t xml:space="preserve"> RODO.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lastRenderedPageBreak/>
        <w:t>ROZDZIAŁ X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BEZPIECZEŃSTWO DANYCH OSOBOWYCH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35. </w:t>
      </w:r>
      <w:proofErr w:type="spellStart"/>
      <w:r w:rsidRPr="00627097">
        <w:rPr>
          <w:rFonts w:ascii="Arial" w:hAnsi="Arial" w:cs="Arial"/>
          <w:color w:val="auto"/>
          <w:szCs w:val="24"/>
        </w:rPr>
        <w:t>Środki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organizacyjne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Administrator </w:t>
      </w:r>
      <w:proofErr w:type="spellStart"/>
      <w:r w:rsidRPr="00627097">
        <w:rPr>
          <w:rFonts w:ascii="Arial" w:hAnsi="Arial" w:cs="Arial"/>
          <w:szCs w:val="24"/>
        </w:rPr>
        <w:t>wdraża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odpowiednie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środki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organizacyjne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zapewniające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ochronę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przed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nieuprawnionym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dostępem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utratą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zniszczeniem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ujawnieniem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2. </w:t>
      </w:r>
      <w:proofErr w:type="spellStart"/>
      <w:r w:rsidRPr="00627097">
        <w:rPr>
          <w:rFonts w:ascii="Arial" w:hAnsi="Arial" w:cs="Arial"/>
          <w:szCs w:val="24"/>
        </w:rPr>
        <w:t>Dostęp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posiadają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upoważnione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którym</w:t>
      </w:r>
      <w:proofErr w:type="spellEnd"/>
      <w:r w:rsidRPr="00627097">
        <w:rPr>
          <w:rFonts w:ascii="Arial" w:hAnsi="Arial" w:cs="Arial"/>
          <w:szCs w:val="24"/>
        </w:rPr>
        <w:t xml:space="preserve"> jest on </w:t>
      </w:r>
      <w:proofErr w:type="spellStart"/>
      <w:r w:rsidRPr="00627097">
        <w:rPr>
          <w:rFonts w:ascii="Arial" w:hAnsi="Arial" w:cs="Arial"/>
          <w:szCs w:val="24"/>
        </w:rPr>
        <w:t>niezbędny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wykonywania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powierzonych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obowiązków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3. </w:t>
      </w:r>
      <w:proofErr w:type="spellStart"/>
      <w:r w:rsidRPr="00627097">
        <w:rPr>
          <w:rFonts w:ascii="Arial" w:hAnsi="Arial" w:cs="Arial"/>
          <w:szCs w:val="24"/>
        </w:rPr>
        <w:t>Osoby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przetwarzające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zobowiązane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są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zachowania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poufności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również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zakończeniu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współpracy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36. </w:t>
      </w:r>
      <w:proofErr w:type="spellStart"/>
      <w:r w:rsidRPr="00627097">
        <w:rPr>
          <w:rFonts w:ascii="Arial" w:hAnsi="Arial" w:cs="Arial"/>
          <w:color w:val="auto"/>
          <w:szCs w:val="24"/>
        </w:rPr>
        <w:t>Środki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techniczne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Administrator </w:t>
      </w:r>
      <w:proofErr w:type="spellStart"/>
      <w:r w:rsidRPr="00627097">
        <w:rPr>
          <w:rFonts w:ascii="Arial" w:hAnsi="Arial" w:cs="Arial"/>
          <w:szCs w:val="24"/>
        </w:rPr>
        <w:t>stosuje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rozwiązania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techniczne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odpowiednie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charakteru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prowadzonej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działalności</w:t>
      </w:r>
      <w:proofErr w:type="spellEnd"/>
      <w:r w:rsidRPr="00627097">
        <w:rPr>
          <w:rFonts w:ascii="Arial" w:hAnsi="Arial" w:cs="Arial"/>
          <w:szCs w:val="24"/>
        </w:rPr>
        <w:t xml:space="preserve">, w </w:t>
      </w:r>
      <w:proofErr w:type="spellStart"/>
      <w:r w:rsidRPr="00627097">
        <w:rPr>
          <w:rFonts w:ascii="Arial" w:hAnsi="Arial" w:cs="Arial"/>
          <w:szCs w:val="24"/>
        </w:rPr>
        <w:t>szczególności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zabezpieczenia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urządzeń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systemów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informatycznych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kopii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zapasowych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ochrony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dostępu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dokumentacji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elektronicznej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papierowej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37. </w:t>
      </w:r>
      <w:proofErr w:type="spellStart"/>
      <w:r w:rsidRPr="00627097">
        <w:rPr>
          <w:rFonts w:ascii="Arial" w:hAnsi="Arial" w:cs="Arial"/>
          <w:color w:val="auto"/>
          <w:szCs w:val="24"/>
        </w:rPr>
        <w:t>Reagowanie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na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incydenty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W </w:t>
      </w:r>
      <w:proofErr w:type="spellStart"/>
      <w:r w:rsidRPr="00627097">
        <w:rPr>
          <w:rFonts w:ascii="Arial" w:hAnsi="Arial" w:cs="Arial"/>
          <w:szCs w:val="24"/>
        </w:rPr>
        <w:t>przypadku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stwierdzenia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naruszenia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ochrony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 xml:space="preserve"> Administrator </w:t>
      </w:r>
      <w:proofErr w:type="spellStart"/>
      <w:r w:rsidRPr="00627097">
        <w:rPr>
          <w:rFonts w:ascii="Arial" w:hAnsi="Arial" w:cs="Arial"/>
          <w:szCs w:val="24"/>
        </w:rPr>
        <w:t>podejmuje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działania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mające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ograniczenie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skutków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zdarzenia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ocenę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ryzyka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realizację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obowiązków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wynikających</w:t>
      </w:r>
      <w:proofErr w:type="spellEnd"/>
      <w:r w:rsidRPr="00627097">
        <w:rPr>
          <w:rFonts w:ascii="Arial" w:hAnsi="Arial" w:cs="Arial"/>
          <w:szCs w:val="24"/>
        </w:rPr>
        <w:t xml:space="preserve"> z RODO, w </w:t>
      </w:r>
      <w:proofErr w:type="spellStart"/>
      <w:r w:rsidRPr="00627097">
        <w:rPr>
          <w:rFonts w:ascii="Arial" w:hAnsi="Arial" w:cs="Arial"/>
          <w:szCs w:val="24"/>
        </w:rPr>
        <w:t>tym</w:t>
      </w:r>
      <w:proofErr w:type="spellEnd"/>
      <w:r w:rsidRPr="00627097">
        <w:rPr>
          <w:rFonts w:ascii="Arial" w:hAnsi="Arial" w:cs="Arial"/>
          <w:szCs w:val="24"/>
        </w:rPr>
        <w:t xml:space="preserve"> – </w:t>
      </w:r>
      <w:proofErr w:type="spellStart"/>
      <w:r w:rsidRPr="00627097">
        <w:rPr>
          <w:rFonts w:ascii="Arial" w:hAnsi="Arial" w:cs="Arial"/>
          <w:szCs w:val="24"/>
        </w:rPr>
        <w:t>jeżeli</w:t>
      </w:r>
      <w:proofErr w:type="spellEnd"/>
      <w:r w:rsidRPr="00627097">
        <w:rPr>
          <w:rFonts w:ascii="Arial" w:hAnsi="Arial" w:cs="Arial"/>
          <w:szCs w:val="24"/>
        </w:rPr>
        <w:t xml:space="preserve"> jest to </w:t>
      </w:r>
      <w:proofErr w:type="spellStart"/>
      <w:r w:rsidRPr="00627097">
        <w:rPr>
          <w:rFonts w:ascii="Arial" w:hAnsi="Arial" w:cs="Arial"/>
          <w:szCs w:val="24"/>
        </w:rPr>
        <w:t>wymagane</w:t>
      </w:r>
      <w:proofErr w:type="spellEnd"/>
      <w:r w:rsidRPr="00627097">
        <w:rPr>
          <w:rFonts w:ascii="Arial" w:hAnsi="Arial" w:cs="Arial"/>
          <w:szCs w:val="24"/>
        </w:rPr>
        <w:t xml:space="preserve"> – </w:t>
      </w:r>
      <w:proofErr w:type="spellStart"/>
      <w:r w:rsidRPr="00627097">
        <w:rPr>
          <w:rFonts w:ascii="Arial" w:hAnsi="Arial" w:cs="Arial"/>
          <w:szCs w:val="24"/>
        </w:rPr>
        <w:t>zgłoszenie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naruszenia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właściwemu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organowi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nadzorczemu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XI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PLIKI COOKIES I NARZĘDZIA ANALITYCZNE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38. </w:t>
      </w:r>
      <w:proofErr w:type="spellStart"/>
      <w:r w:rsidRPr="00627097">
        <w:rPr>
          <w:rFonts w:ascii="Arial" w:hAnsi="Arial" w:cs="Arial"/>
          <w:color w:val="auto"/>
          <w:szCs w:val="24"/>
        </w:rPr>
        <w:t>Pliki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cookies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</w:t>
      </w:r>
      <w:proofErr w:type="spellStart"/>
      <w:r w:rsidRPr="00627097">
        <w:rPr>
          <w:rFonts w:ascii="Arial" w:hAnsi="Arial" w:cs="Arial"/>
          <w:szCs w:val="24"/>
        </w:rPr>
        <w:t>Serwis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wykorzystuje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pliki</w:t>
      </w:r>
      <w:proofErr w:type="spellEnd"/>
      <w:r w:rsidRPr="00627097">
        <w:rPr>
          <w:rFonts w:ascii="Arial" w:hAnsi="Arial" w:cs="Arial"/>
          <w:szCs w:val="24"/>
        </w:rPr>
        <w:t xml:space="preserve"> cookies </w:t>
      </w:r>
      <w:proofErr w:type="spellStart"/>
      <w:r w:rsidRPr="00627097">
        <w:rPr>
          <w:rFonts w:ascii="Arial" w:hAnsi="Arial" w:cs="Arial"/>
          <w:szCs w:val="24"/>
        </w:rPr>
        <w:t>niezbędne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prawidłowego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działania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strony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internetowej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2. W </w:t>
      </w:r>
      <w:proofErr w:type="spellStart"/>
      <w:r w:rsidRPr="00627097">
        <w:rPr>
          <w:rFonts w:ascii="Arial" w:hAnsi="Arial" w:cs="Arial"/>
          <w:szCs w:val="24"/>
        </w:rPr>
        <w:t>zależności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konfiguracji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serwisu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wykorzystywane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mogą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być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również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analityczne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marketingowe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pliki</w:t>
      </w:r>
      <w:proofErr w:type="spellEnd"/>
      <w:r w:rsidRPr="00627097">
        <w:rPr>
          <w:rFonts w:ascii="Arial" w:hAnsi="Arial" w:cs="Arial"/>
          <w:szCs w:val="24"/>
        </w:rPr>
        <w:t xml:space="preserve"> cookies, </w:t>
      </w:r>
      <w:proofErr w:type="spellStart"/>
      <w:r w:rsidRPr="00627097">
        <w:rPr>
          <w:rFonts w:ascii="Arial" w:hAnsi="Arial" w:cs="Arial"/>
          <w:szCs w:val="24"/>
        </w:rPr>
        <w:t>wyłącznie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zgodnie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decyzją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użytkownika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wyrażoną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pośrednictwem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banera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zgód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3. </w:t>
      </w:r>
      <w:proofErr w:type="spellStart"/>
      <w:r w:rsidRPr="00627097">
        <w:rPr>
          <w:rFonts w:ascii="Arial" w:hAnsi="Arial" w:cs="Arial"/>
          <w:szCs w:val="24"/>
        </w:rPr>
        <w:t>Szczegółowe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informacje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dotyczące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wykorzystywanych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plików</w:t>
      </w:r>
      <w:proofErr w:type="spellEnd"/>
      <w:r w:rsidRPr="00627097">
        <w:rPr>
          <w:rFonts w:ascii="Arial" w:hAnsi="Arial" w:cs="Arial"/>
          <w:szCs w:val="24"/>
        </w:rPr>
        <w:t xml:space="preserve"> cookies </w:t>
      </w:r>
      <w:proofErr w:type="spellStart"/>
      <w:r w:rsidRPr="00627097">
        <w:rPr>
          <w:rFonts w:ascii="Arial" w:hAnsi="Arial" w:cs="Arial"/>
          <w:szCs w:val="24"/>
        </w:rPr>
        <w:t>zostały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opisane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odrębnej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Polityce</w:t>
      </w:r>
      <w:proofErr w:type="spellEnd"/>
      <w:r w:rsidRPr="00627097">
        <w:rPr>
          <w:rFonts w:ascii="Arial" w:hAnsi="Arial" w:cs="Arial"/>
          <w:szCs w:val="24"/>
        </w:rPr>
        <w:t xml:space="preserve"> Cookies.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lastRenderedPageBreak/>
        <w:t xml:space="preserve">§ 39. </w:t>
      </w:r>
      <w:proofErr w:type="spellStart"/>
      <w:r w:rsidRPr="00627097">
        <w:rPr>
          <w:rFonts w:ascii="Arial" w:hAnsi="Arial" w:cs="Arial"/>
          <w:color w:val="auto"/>
          <w:szCs w:val="24"/>
        </w:rPr>
        <w:t>Narzędzia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analityczne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Serwis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może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korzystać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narzędzi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analitycznych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marketingowych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takich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jak</w:t>
      </w:r>
      <w:proofErr w:type="spellEnd"/>
      <w:r w:rsidRPr="00627097">
        <w:rPr>
          <w:rFonts w:ascii="Arial" w:hAnsi="Arial" w:cs="Arial"/>
          <w:szCs w:val="24"/>
        </w:rPr>
        <w:t xml:space="preserve"> Google Analytics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Meta Pixel, w </w:t>
      </w:r>
      <w:proofErr w:type="spellStart"/>
      <w:r w:rsidRPr="00627097">
        <w:rPr>
          <w:rFonts w:ascii="Arial" w:hAnsi="Arial" w:cs="Arial"/>
          <w:szCs w:val="24"/>
        </w:rPr>
        <w:t>celu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analizowania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ruchu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stronie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poprawy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jakości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świadczonych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usług</w:t>
      </w:r>
      <w:proofErr w:type="spellEnd"/>
      <w:r w:rsidRPr="00627097">
        <w:rPr>
          <w:rFonts w:ascii="Arial" w:hAnsi="Arial" w:cs="Arial"/>
          <w:szCs w:val="24"/>
        </w:rPr>
        <w:t xml:space="preserve">. </w:t>
      </w:r>
      <w:proofErr w:type="spellStart"/>
      <w:r w:rsidRPr="00627097">
        <w:rPr>
          <w:rFonts w:ascii="Arial" w:hAnsi="Arial" w:cs="Arial"/>
          <w:szCs w:val="24"/>
        </w:rPr>
        <w:t>Korzystanie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tych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narzędzi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odbywa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się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zgodnie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obowiązującymi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przepisami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ustawieniami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zgód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użytkownika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XII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KONTAKT W SPRAWACH OCHRONY DANYCH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40. </w:t>
      </w:r>
      <w:proofErr w:type="spellStart"/>
      <w:r w:rsidRPr="00627097">
        <w:rPr>
          <w:rFonts w:ascii="Arial" w:hAnsi="Arial" w:cs="Arial"/>
          <w:color w:val="auto"/>
          <w:szCs w:val="24"/>
        </w:rPr>
        <w:t>Kontakt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z </w:t>
      </w:r>
      <w:proofErr w:type="spellStart"/>
      <w:r w:rsidRPr="00627097">
        <w:rPr>
          <w:rFonts w:ascii="Arial" w:hAnsi="Arial" w:cs="Arial"/>
          <w:color w:val="auto"/>
          <w:szCs w:val="24"/>
        </w:rPr>
        <w:t>Administratorem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627097">
        <w:rPr>
          <w:rFonts w:ascii="Arial" w:hAnsi="Arial" w:cs="Arial"/>
          <w:szCs w:val="24"/>
        </w:rPr>
        <w:t>Osoby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których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dotyczą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mogą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kontaktować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się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Administratorem</w:t>
      </w:r>
      <w:proofErr w:type="spellEnd"/>
      <w:r w:rsidRPr="00627097">
        <w:rPr>
          <w:rFonts w:ascii="Arial" w:hAnsi="Arial" w:cs="Arial"/>
          <w:szCs w:val="24"/>
        </w:rPr>
        <w:t xml:space="preserve"> we </w:t>
      </w:r>
      <w:proofErr w:type="spellStart"/>
      <w:r w:rsidRPr="00627097">
        <w:rPr>
          <w:rFonts w:ascii="Arial" w:hAnsi="Arial" w:cs="Arial"/>
          <w:szCs w:val="24"/>
        </w:rPr>
        <w:t>wszystkich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sprawach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związanych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przetwarzaniem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korzystając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kontaktowych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opublikowanych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stronie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internetowej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Administrator </w:t>
      </w:r>
      <w:proofErr w:type="spellStart"/>
      <w:r w:rsidRPr="00627097">
        <w:rPr>
          <w:rFonts w:ascii="Arial" w:hAnsi="Arial" w:cs="Arial"/>
          <w:szCs w:val="24"/>
        </w:rPr>
        <w:t>udziela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odpowiedzi</w:t>
      </w:r>
      <w:proofErr w:type="spellEnd"/>
      <w:r w:rsidRPr="00627097">
        <w:rPr>
          <w:rFonts w:ascii="Arial" w:hAnsi="Arial" w:cs="Arial"/>
          <w:szCs w:val="24"/>
        </w:rPr>
        <w:t xml:space="preserve"> bez </w:t>
      </w:r>
      <w:proofErr w:type="spellStart"/>
      <w:r w:rsidRPr="00627097">
        <w:rPr>
          <w:rFonts w:ascii="Arial" w:hAnsi="Arial" w:cs="Arial"/>
          <w:szCs w:val="24"/>
        </w:rPr>
        <w:t>zbędnej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zwłoki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później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niż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terminach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przewidzianych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przez</w:t>
      </w:r>
      <w:proofErr w:type="spellEnd"/>
      <w:r w:rsidRPr="00627097">
        <w:rPr>
          <w:rFonts w:ascii="Arial" w:hAnsi="Arial" w:cs="Arial"/>
          <w:szCs w:val="24"/>
        </w:rPr>
        <w:t xml:space="preserve"> RODO.</w:t>
      </w:r>
    </w:p>
    <w:p w:rsid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ROZDZIAŁ XIII</w:t>
      </w:r>
    </w:p>
    <w:p w:rsidR="00627097" w:rsidRPr="00627097" w:rsidRDefault="00627097" w:rsidP="00627097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27097">
        <w:rPr>
          <w:rFonts w:ascii="Arial" w:hAnsi="Arial" w:cs="Arial"/>
          <w:color w:val="auto"/>
          <w:sz w:val="24"/>
          <w:szCs w:val="24"/>
        </w:rPr>
        <w:t>POSTANOWIENIA KOŃCOWE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41. </w:t>
      </w:r>
      <w:proofErr w:type="spellStart"/>
      <w:r w:rsidRPr="00627097">
        <w:rPr>
          <w:rFonts w:ascii="Arial" w:hAnsi="Arial" w:cs="Arial"/>
          <w:color w:val="auto"/>
          <w:szCs w:val="24"/>
        </w:rPr>
        <w:t>Aktualizacja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</w:t>
      </w:r>
      <w:proofErr w:type="spellStart"/>
      <w:r w:rsidRPr="00627097">
        <w:rPr>
          <w:rFonts w:ascii="Arial" w:hAnsi="Arial" w:cs="Arial"/>
          <w:color w:val="auto"/>
          <w:szCs w:val="24"/>
        </w:rPr>
        <w:t>Polityki</w:t>
      </w:r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</w:t>
      </w:r>
      <w:proofErr w:type="spellStart"/>
      <w:r w:rsidRPr="00627097">
        <w:rPr>
          <w:rFonts w:ascii="Arial" w:hAnsi="Arial" w:cs="Arial"/>
          <w:szCs w:val="24"/>
        </w:rPr>
        <w:t>Niniejsza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Polityka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Prywatności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podlega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okresowej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weryfikacji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oraz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aktualizacji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przypadku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zmian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przepisów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prawa</w:t>
      </w:r>
      <w:proofErr w:type="spellEnd"/>
      <w:r w:rsidRPr="00627097">
        <w:rPr>
          <w:rFonts w:ascii="Arial" w:hAnsi="Arial" w:cs="Arial"/>
          <w:szCs w:val="24"/>
        </w:rPr>
        <w:t xml:space="preserve">, </w:t>
      </w:r>
      <w:proofErr w:type="spellStart"/>
      <w:r w:rsidRPr="00627097">
        <w:rPr>
          <w:rFonts w:ascii="Arial" w:hAnsi="Arial" w:cs="Arial"/>
          <w:szCs w:val="24"/>
        </w:rPr>
        <w:t>zmian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technologicznych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lub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zmian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sposobie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prowadzenia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działalności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2. </w:t>
      </w:r>
      <w:proofErr w:type="spellStart"/>
      <w:r w:rsidRPr="00627097">
        <w:rPr>
          <w:rFonts w:ascii="Arial" w:hAnsi="Arial" w:cs="Arial"/>
          <w:szCs w:val="24"/>
        </w:rPr>
        <w:t>Aktualna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wersja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Polityki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publikowana</w:t>
      </w:r>
      <w:proofErr w:type="spellEnd"/>
      <w:r w:rsidRPr="00627097">
        <w:rPr>
          <w:rFonts w:ascii="Arial" w:hAnsi="Arial" w:cs="Arial"/>
          <w:szCs w:val="24"/>
        </w:rPr>
        <w:t xml:space="preserve"> jest </w:t>
      </w:r>
      <w:proofErr w:type="spellStart"/>
      <w:r w:rsidRPr="00627097">
        <w:rPr>
          <w:rFonts w:ascii="Arial" w:hAnsi="Arial" w:cs="Arial"/>
          <w:szCs w:val="24"/>
        </w:rPr>
        <w:t>na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stronie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internetowej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pStyle w:val="Nagwek3"/>
        <w:spacing w:before="0" w:line="360" w:lineRule="auto"/>
        <w:rPr>
          <w:rFonts w:ascii="Arial" w:hAnsi="Arial" w:cs="Arial"/>
          <w:color w:val="auto"/>
          <w:szCs w:val="24"/>
        </w:rPr>
      </w:pPr>
      <w:r w:rsidRPr="00627097">
        <w:rPr>
          <w:rFonts w:ascii="Arial" w:hAnsi="Arial" w:cs="Arial"/>
          <w:color w:val="auto"/>
          <w:szCs w:val="24"/>
        </w:rPr>
        <w:t xml:space="preserve">§ 42. </w:t>
      </w:r>
      <w:proofErr w:type="spellStart"/>
      <w:r w:rsidRPr="00627097">
        <w:rPr>
          <w:rFonts w:ascii="Arial" w:hAnsi="Arial" w:cs="Arial"/>
          <w:color w:val="auto"/>
          <w:szCs w:val="24"/>
        </w:rPr>
        <w:t>Wejście</w:t>
      </w:r>
      <w:proofErr w:type="spellEnd"/>
      <w:r w:rsidRPr="00627097">
        <w:rPr>
          <w:rFonts w:ascii="Arial" w:hAnsi="Arial" w:cs="Arial"/>
          <w:color w:val="auto"/>
          <w:szCs w:val="24"/>
        </w:rPr>
        <w:t xml:space="preserve"> w </w:t>
      </w:r>
      <w:proofErr w:type="spellStart"/>
      <w:r w:rsidRPr="00627097">
        <w:rPr>
          <w:rFonts w:ascii="Arial" w:hAnsi="Arial" w:cs="Arial"/>
          <w:color w:val="auto"/>
          <w:szCs w:val="24"/>
        </w:rPr>
        <w:t>życie</w:t>
      </w:r>
      <w:bookmarkStart w:id="0" w:name="_GoBack"/>
      <w:bookmarkEnd w:id="0"/>
      <w:proofErr w:type="spellEnd"/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1. </w:t>
      </w:r>
      <w:proofErr w:type="spellStart"/>
      <w:r w:rsidRPr="00627097">
        <w:rPr>
          <w:rFonts w:ascii="Arial" w:hAnsi="Arial" w:cs="Arial"/>
          <w:szCs w:val="24"/>
        </w:rPr>
        <w:t>Polityka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Prywatności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wchodzi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życie</w:t>
      </w:r>
      <w:proofErr w:type="spellEnd"/>
      <w:r w:rsidRPr="00627097">
        <w:rPr>
          <w:rFonts w:ascii="Arial" w:hAnsi="Arial" w:cs="Arial"/>
          <w:szCs w:val="24"/>
        </w:rPr>
        <w:t xml:space="preserve"> z </w:t>
      </w:r>
      <w:proofErr w:type="spellStart"/>
      <w:r w:rsidRPr="00627097">
        <w:rPr>
          <w:rFonts w:ascii="Arial" w:hAnsi="Arial" w:cs="Arial"/>
          <w:szCs w:val="24"/>
        </w:rPr>
        <w:t>dniem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jej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opublikowania</w:t>
      </w:r>
      <w:proofErr w:type="spellEnd"/>
      <w:r w:rsidRPr="00627097">
        <w:rPr>
          <w:rFonts w:ascii="Arial" w:hAnsi="Arial" w:cs="Arial"/>
          <w:szCs w:val="24"/>
        </w:rPr>
        <w:t>.</w:t>
      </w:r>
    </w:p>
    <w:p w:rsidR="00627097" w:rsidRPr="00627097" w:rsidRDefault="00627097" w:rsidP="00627097">
      <w:pPr>
        <w:spacing w:after="0" w:line="360" w:lineRule="auto"/>
        <w:rPr>
          <w:rFonts w:ascii="Arial" w:hAnsi="Arial" w:cs="Arial"/>
          <w:szCs w:val="24"/>
        </w:rPr>
      </w:pPr>
      <w:r w:rsidRPr="00627097">
        <w:rPr>
          <w:rFonts w:ascii="Arial" w:hAnsi="Arial" w:cs="Arial"/>
          <w:szCs w:val="24"/>
        </w:rPr>
        <w:t xml:space="preserve">2. </w:t>
      </w:r>
      <w:proofErr w:type="spellStart"/>
      <w:r w:rsidRPr="00627097">
        <w:rPr>
          <w:rFonts w:ascii="Arial" w:hAnsi="Arial" w:cs="Arial"/>
          <w:szCs w:val="24"/>
        </w:rPr>
        <w:t>Dokument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stanowi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oficjalną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politykę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ochrony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osobowych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obowiązującą</w:t>
      </w:r>
      <w:proofErr w:type="spellEnd"/>
      <w:r w:rsidRPr="00627097">
        <w:rPr>
          <w:rFonts w:ascii="Arial" w:hAnsi="Arial" w:cs="Arial"/>
          <w:szCs w:val="24"/>
        </w:rPr>
        <w:t xml:space="preserve"> w </w:t>
      </w:r>
      <w:proofErr w:type="spellStart"/>
      <w:r w:rsidRPr="00627097">
        <w:rPr>
          <w:rFonts w:ascii="Arial" w:hAnsi="Arial" w:cs="Arial"/>
          <w:szCs w:val="24"/>
        </w:rPr>
        <w:t>Battletag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i</w:t>
      </w:r>
      <w:proofErr w:type="spellEnd"/>
      <w:r w:rsidRPr="00627097">
        <w:rPr>
          <w:rFonts w:ascii="Arial" w:hAnsi="Arial" w:cs="Arial"/>
          <w:szCs w:val="24"/>
        </w:rPr>
        <w:t xml:space="preserve"> ma </w:t>
      </w:r>
      <w:proofErr w:type="spellStart"/>
      <w:r w:rsidRPr="00627097">
        <w:rPr>
          <w:rFonts w:ascii="Arial" w:hAnsi="Arial" w:cs="Arial"/>
          <w:szCs w:val="24"/>
        </w:rPr>
        <w:t>zastosowanie</w:t>
      </w:r>
      <w:proofErr w:type="spellEnd"/>
      <w:r w:rsidRPr="00627097">
        <w:rPr>
          <w:rFonts w:ascii="Arial" w:hAnsi="Arial" w:cs="Arial"/>
          <w:szCs w:val="24"/>
        </w:rPr>
        <w:t xml:space="preserve"> do </w:t>
      </w:r>
      <w:proofErr w:type="spellStart"/>
      <w:r w:rsidRPr="00627097">
        <w:rPr>
          <w:rFonts w:ascii="Arial" w:hAnsi="Arial" w:cs="Arial"/>
          <w:szCs w:val="24"/>
        </w:rPr>
        <w:t>wszystkich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procesów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przetwarzania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danych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prowadzonych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przez</w:t>
      </w:r>
      <w:proofErr w:type="spellEnd"/>
      <w:r w:rsidRPr="00627097">
        <w:rPr>
          <w:rFonts w:ascii="Arial" w:hAnsi="Arial" w:cs="Arial"/>
          <w:szCs w:val="24"/>
        </w:rPr>
        <w:t xml:space="preserve"> </w:t>
      </w:r>
      <w:proofErr w:type="spellStart"/>
      <w:r w:rsidRPr="00627097">
        <w:rPr>
          <w:rFonts w:ascii="Arial" w:hAnsi="Arial" w:cs="Arial"/>
          <w:szCs w:val="24"/>
        </w:rPr>
        <w:t>Administratora</w:t>
      </w:r>
      <w:proofErr w:type="spellEnd"/>
      <w:r w:rsidRPr="00627097">
        <w:rPr>
          <w:rFonts w:ascii="Arial" w:hAnsi="Arial" w:cs="Arial"/>
          <w:szCs w:val="24"/>
        </w:rPr>
        <w:t>.</w:t>
      </w:r>
    </w:p>
    <w:sectPr w:rsidR="00627097" w:rsidRPr="006270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27097"/>
    <w:rsid w:val="009E6929"/>
    <w:rsid w:val="00AA1D8D"/>
    <w:rsid w:val="00B47730"/>
    <w:rsid w:val="00CB0664"/>
    <w:rsid w:val="00D434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B26DA0"/>
  <w14:defaultImageDpi w14:val="300"/>
  <w15:docId w15:val="{F333E7BF-7C26-4F5B-B5A3-56198282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165B69-EF89-4699-BCE2-F79FA03C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1824</Words>
  <Characters>10949</Characters>
  <Application>Microsoft Office Word</Application>
  <DocSecurity>0</DocSecurity>
  <Lines>91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Sebastian Zębała</cp:lastModifiedBy>
  <cp:revision>3</cp:revision>
  <dcterms:created xsi:type="dcterms:W3CDTF">2026-07-21T07:31:00Z</dcterms:created>
  <dcterms:modified xsi:type="dcterms:W3CDTF">2026-07-21T07:32:00Z</dcterms:modified>
  <cp:category/>
</cp:coreProperties>
</file>