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FA0" w:rsidRPr="003147A9" w:rsidRDefault="00A94F22">
      <w:pPr>
        <w:jc w:val="center"/>
        <w:rPr>
          <w:b/>
        </w:rPr>
      </w:pPr>
      <w:proofErr w:type="spellStart"/>
      <w:r w:rsidRPr="003147A9">
        <w:rPr>
          <w:b/>
        </w:rPr>
        <w:t>Deklaracja</w:t>
      </w:r>
      <w:proofErr w:type="spellEnd"/>
      <w:r w:rsidRPr="003147A9">
        <w:rPr>
          <w:b/>
        </w:rPr>
        <w:t xml:space="preserve"> </w:t>
      </w:r>
      <w:proofErr w:type="spellStart"/>
      <w:r w:rsidRPr="003147A9">
        <w:rPr>
          <w:b/>
        </w:rPr>
        <w:t>uczestnictwa</w:t>
      </w:r>
      <w:proofErr w:type="spellEnd"/>
      <w:r w:rsidRPr="003147A9">
        <w:rPr>
          <w:b/>
        </w:rPr>
        <w:t xml:space="preserve"> w </w:t>
      </w:r>
      <w:proofErr w:type="spellStart"/>
      <w:r w:rsidRPr="003147A9">
        <w:rPr>
          <w:b/>
        </w:rPr>
        <w:t>programie</w:t>
      </w:r>
      <w:proofErr w:type="spellEnd"/>
      <w:r w:rsidRPr="003147A9">
        <w:rPr>
          <w:b/>
        </w:rPr>
        <w:t xml:space="preserve"> Akademia Młodego Skauta</w:t>
      </w:r>
    </w:p>
    <w:p w:rsidR="003147A9" w:rsidRDefault="00A94F22">
      <w:r>
        <w:br/>
        <w:t xml:space="preserve">Ja, </w:t>
      </w:r>
      <w:proofErr w:type="spellStart"/>
      <w:r>
        <w:t>niżej</w:t>
      </w:r>
      <w:proofErr w:type="spellEnd"/>
      <w:r>
        <w:t xml:space="preserve"> </w:t>
      </w:r>
      <w:proofErr w:type="spellStart"/>
      <w:r>
        <w:t>podpisany</w:t>
      </w:r>
      <w:proofErr w:type="spellEnd"/>
      <w:r>
        <w:t>/a, ...............................................................................</w:t>
      </w:r>
      <w:r>
        <w:br/>
      </w:r>
      <w:r w:rsidR="003147A9" w:rsidRPr="00D656FA">
        <w:rPr>
          <w:sz w:val="16"/>
          <w:szCs w:val="16"/>
        </w:rPr>
        <w:t xml:space="preserve">                                     </w:t>
      </w:r>
      <w:r w:rsidR="00D656FA">
        <w:rPr>
          <w:sz w:val="16"/>
          <w:szCs w:val="16"/>
        </w:rPr>
        <w:tab/>
      </w:r>
      <w:r w:rsidR="00D656FA">
        <w:rPr>
          <w:sz w:val="16"/>
          <w:szCs w:val="16"/>
        </w:rPr>
        <w:tab/>
      </w:r>
      <w:r w:rsidR="003147A9" w:rsidRPr="00D656FA">
        <w:rPr>
          <w:sz w:val="16"/>
          <w:szCs w:val="16"/>
        </w:rPr>
        <w:t xml:space="preserve"> </w:t>
      </w:r>
      <w:r w:rsidRPr="00D656FA">
        <w:rPr>
          <w:sz w:val="16"/>
          <w:szCs w:val="16"/>
        </w:rPr>
        <w:t>(</w:t>
      </w:r>
      <w:proofErr w:type="spellStart"/>
      <w:r w:rsidRPr="00D656FA">
        <w:rPr>
          <w:sz w:val="16"/>
          <w:szCs w:val="16"/>
        </w:rPr>
        <w:t>imię</w:t>
      </w:r>
      <w:proofErr w:type="spellEnd"/>
      <w:r w:rsidRPr="00D656FA">
        <w:rPr>
          <w:sz w:val="16"/>
          <w:szCs w:val="16"/>
        </w:rPr>
        <w:t xml:space="preserve"> </w:t>
      </w:r>
      <w:proofErr w:type="spellStart"/>
      <w:r w:rsidRPr="00D656FA">
        <w:rPr>
          <w:sz w:val="16"/>
          <w:szCs w:val="16"/>
        </w:rPr>
        <w:t>i</w:t>
      </w:r>
      <w:proofErr w:type="spellEnd"/>
      <w:r w:rsidRPr="00D656FA">
        <w:rPr>
          <w:sz w:val="16"/>
          <w:szCs w:val="16"/>
        </w:rPr>
        <w:t xml:space="preserve"> </w:t>
      </w:r>
      <w:proofErr w:type="spellStart"/>
      <w:r w:rsidRPr="00D656FA">
        <w:rPr>
          <w:sz w:val="16"/>
          <w:szCs w:val="16"/>
        </w:rPr>
        <w:t>nazwisko</w:t>
      </w:r>
      <w:proofErr w:type="spellEnd"/>
      <w:r w:rsidRPr="00D656FA">
        <w:rPr>
          <w:sz w:val="16"/>
          <w:szCs w:val="16"/>
        </w:rPr>
        <w:t xml:space="preserve"> </w:t>
      </w:r>
      <w:proofErr w:type="spellStart"/>
      <w:r w:rsidRPr="00D656FA">
        <w:rPr>
          <w:sz w:val="16"/>
          <w:szCs w:val="16"/>
        </w:rPr>
        <w:t>rodzica</w:t>
      </w:r>
      <w:proofErr w:type="spellEnd"/>
      <w:r w:rsidRPr="00D656FA">
        <w:rPr>
          <w:sz w:val="16"/>
          <w:szCs w:val="16"/>
        </w:rPr>
        <w:t xml:space="preserve"> / </w:t>
      </w:r>
      <w:proofErr w:type="spellStart"/>
      <w:r w:rsidRPr="00D656FA">
        <w:rPr>
          <w:sz w:val="16"/>
          <w:szCs w:val="16"/>
        </w:rPr>
        <w:t>opiekuna</w:t>
      </w:r>
      <w:proofErr w:type="spellEnd"/>
      <w:r w:rsidRPr="00D656FA">
        <w:rPr>
          <w:sz w:val="16"/>
          <w:szCs w:val="16"/>
        </w:rPr>
        <w:t xml:space="preserve"> </w:t>
      </w:r>
      <w:proofErr w:type="spellStart"/>
      <w:r w:rsidRPr="00D656FA">
        <w:rPr>
          <w:sz w:val="16"/>
          <w:szCs w:val="16"/>
        </w:rPr>
        <w:t>prawnego</w:t>
      </w:r>
      <w:proofErr w:type="spellEnd"/>
      <w:r w:rsidRPr="00D656FA">
        <w:rPr>
          <w:sz w:val="16"/>
          <w:szCs w:val="16"/>
        </w:rPr>
        <w:t>)</w:t>
      </w:r>
      <w:r w:rsidRPr="00D656FA">
        <w:rPr>
          <w:sz w:val="16"/>
          <w:szCs w:val="16"/>
        </w:rPr>
        <w:br/>
      </w:r>
      <w:r>
        <w:br/>
      </w:r>
      <w:proofErr w:type="spellStart"/>
      <w:r>
        <w:t>deklaruję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</w:t>
      </w:r>
      <w:proofErr w:type="spellStart"/>
      <w:r>
        <w:t>mojego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>:</w:t>
      </w:r>
    </w:p>
    <w:p w:rsidR="00B653D6" w:rsidRDefault="00A94F22" w:rsidP="00B653D6">
      <w:r>
        <w:br/>
        <w:t>...............................................................................</w:t>
      </w:r>
      <w:r>
        <w:br/>
      </w:r>
      <w:r w:rsidR="003147A9">
        <w:t xml:space="preserve">      </w:t>
      </w:r>
      <w:r w:rsidR="00D656FA">
        <w:tab/>
      </w:r>
      <w:r w:rsidR="00D656FA">
        <w:tab/>
      </w:r>
      <w:r w:rsidRPr="00D656FA">
        <w:rPr>
          <w:sz w:val="16"/>
          <w:szCs w:val="16"/>
        </w:rPr>
        <w:t>(</w:t>
      </w:r>
      <w:proofErr w:type="spellStart"/>
      <w:r w:rsidRPr="00D656FA">
        <w:rPr>
          <w:sz w:val="16"/>
          <w:szCs w:val="16"/>
        </w:rPr>
        <w:t>imię</w:t>
      </w:r>
      <w:proofErr w:type="spellEnd"/>
      <w:r w:rsidRPr="00D656FA">
        <w:rPr>
          <w:sz w:val="16"/>
          <w:szCs w:val="16"/>
        </w:rPr>
        <w:t xml:space="preserve"> </w:t>
      </w:r>
      <w:proofErr w:type="spellStart"/>
      <w:r w:rsidRPr="00D656FA">
        <w:rPr>
          <w:sz w:val="16"/>
          <w:szCs w:val="16"/>
        </w:rPr>
        <w:t>i</w:t>
      </w:r>
      <w:proofErr w:type="spellEnd"/>
      <w:r w:rsidRPr="00D656FA">
        <w:rPr>
          <w:sz w:val="16"/>
          <w:szCs w:val="16"/>
        </w:rPr>
        <w:t xml:space="preserve"> </w:t>
      </w:r>
      <w:proofErr w:type="spellStart"/>
      <w:r w:rsidRPr="00D656FA">
        <w:rPr>
          <w:sz w:val="16"/>
          <w:szCs w:val="16"/>
        </w:rPr>
        <w:t>nazwisko</w:t>
      </w:r>
      <w:proofErr w:type="spellEnd"/>
      <w:r w:rsidRPr="00D656FA">
        <w:rPr>
          <w:sz w:val="16"/>
          <w:szCs w:val="16"/>
        </w:rPr>
        <w:t xml:space="preserve"> </w:t>
      </w:r>
      <w:proofErr w:type="spellStart"/>
      <w:r w:rsidRPr="00D656FA">
        <w:rPr>
          <w:sz w:val="16"/>
          <w:szCs w:val="16"/>
        </w:rPr>
        <w:t>dziecka</w:t>
      </w:r>
      <w:proofErr w:type="spellEnd"/>
      <w:r w:rsidRPr="00D656FA">
        <w:rPr>
          <w:sz w:val="16"/>
          <w:szCs w:val="16"/>
        </w:rPr>
        <w:t>, data urodzenia)</w:t>
      </w:r>
      <w:r>
        <w:br/>
      </w:r>
      <w:r>
        <w:br/>
        <w:t xml:space="preserve">w </w:t>
      </w:r>
      <w:proofErr w:type="spellStart"/>
      <w:r>
        <w:t>programie</w:t>
      </w:r>
      <w:proofErr w:type="spellEnd"/>
      <w:r>
        <w:t xml:space="preserve"> </w:t>
      </w:r>
      <w:proofErr w:type="spellStart"/>
      <w:r>
        <w:t>Akademia</w:t>
      </w:r>
      <w:proofErr w:type="spellEnd"/>
      <w:r>
        <w:t xml:space="preserve"> </w:t>
      </w:r>
      <w:proofErr w:type="spellStart"/>
      <w:r>
        <w:t>Młodego</w:t>
      </w:r>
      <w:proofErr w:type="spellEnd"/>
      <w:r>
        <w:t xml:space="preserve"> </w:t>
      </w:r>
      <w:proofErr w:type="spellStart"/>
      <w:r>
        <w:t>Skauta</w:t>
      </w:r>
      <w:proofErr w:type="spellEnd"/>
      <w:r>
        <w:t xml:space="preserve">, </w:t>
      </w:r>
      <w:proofErr w:type="spellStart"/>
      <w:r>
        <w:t>organizowanym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r w:rsidR="00B653D6">
        <w:t>:</w:t>
      </w:r>
    </w:p>
    <w:p w:rsidR="00B653D6" w:rsidRPr="00B653D6" w:rsidRDefault="003147A9" w:rsidP="00B653D6">
      <w:pPr>
        <w:jc w:val="center"/>
        <w:rPr>
          <w:b/>
        </w:rPr>
      </w:pPr>
      <w:proofErr w:type="spellStart"/>
      <w:r w:rsidRPr="00B653D6">
        <w:rPr>
          <w:b/>
        </w:rPr>
        <w:t>Battletag</w:t>
      </w:r>
      <w:proofErr w:type="spellEnd"/>
      <w:r w:rsidR="00B653D6" w:rsidRPr="00B653D6">
        <w:rPr>
          <w:b/>
        </w:rPr>
        <w:t xml:space="preserve"> Sebastian Zębała</w:t>
      </w:r>
      <w:r w:rsidR="00A94F22" w:rsidRPr="00B653D6">
        <w:rPr>
          <w:b/>
        </w:rPr>
        <w:br/>
      </w:r>
    </w:p>
    <w:p w:rsidR="00A94F22" w:rsidRDefault="00A94F22" w:rsidP="00B653D6">
      <w:r>
        <w:br/>
        <w:t>§1. Cele i charakter zajęć</w:t>
      </w:r>
      <w:r>
        <w:br/>
        <w:t>Zajęcia Akademii Młodego Skauta mają charakter edukacyjno-rekreac</w:t>
      </w:r>
      <w:bookmarkStart w:id="0" w:name="_GoBack"/>
      <w:bookmarkEnd w:id="0"/>
      <w:r>
        <w:t>yjny, łączący elementy: ruchu, survivalu, taktyki i edukacji terenowej.</w:t>
      </w:r>
      <w:r>
        <w:br/>
      </w:r>
      <w:r>
        <w:br/>
        <w:t>§2. Zasady uczestnictwa</w:t>
      </w:r>
      <w:r>
        <w:br/>
        <w:t>1. Uczestnik zobowiązany jest przestrzegać zasad bezpieczeństwa oraz poleceń instruktorów.</w:t>
      </w:r>
      <w:r>
        <w:br/>
        <w:t>2. Organizator zapewnia opiekę wykwalifikowanej kadry oraz odpowiedni sprzęt szkoleniowy.</w:t>
      </w:r>
      <w:r>
        <w:br/>
        <w:t>3. Rodzic/opiekun zobowiązuje się do punktualnego przyprowadzania i odbierania dziecka z zajęć.</w:t>
      </w:r>
      <w:r>
        <w:br/>
      </w:r>
      <w:r>
        <w:br/>
        <w:t>§3. Opłaty</w:t>
      </w:r>
      <w:r>
        <w:br/>
        <w:t>1. Udział w Akademii jest odpłatny. Wysokość i terminy płatności określa aktualny cennik programu.</w:t>
      </w:r>
      <w:r>
        <w:br/>
        <w:t>2. Nieobecność dziecka na zajęciach nie stanowi podstawy do zwrotu opłaty, chyba że organizator odwoła zajęcia.</w:t>
      </w:r>
      <w:r>
        <w:br/>
      </w:r>
      <w:r>
        <w:br/>
        <w:t>§4. Odpowiedzialność i zgody</w:t>
      </w:r>
      <w:r>
        <w:br/>
        <w:t>1. Oświadczam, że dziecko jest zdrowe i może uczestniczyć w zajęciach o charakterze ruchowym i terenowym.</w:t>
      </w:r>
      <w:r>
        <w:br/>
        <w:t>2. Wyrażam zgodę na udzielenie pierwszej pomocy w razie wypadku oraz na wezwanie pomocy medycznej.</w:t>
      </w:r>
      <w:r>
        <w:br/>
        <w:t xml:space="preserve">3. Wyrażam zgodę na przetwarzanie danych osobowych mojego dziecka w </w:t>
      </w:r>
      <w:r>
        <w:lastRenderedPageBreak/>
        <w:t>celach organizacyjnych (zgodnie z RODO).</w:t>
      </w:r>
      <w:r>
        <w:br/>
      </w:r>
    </w:p>
    <w:p w:rsidR="003147A9" w:rsidRDefault="00A94F22" w:rsidP="00B653D6">
      <w:r>
        <w:t xml:space="preserve">4. Wyrażam zgodę na nieodpłatne wykorzystanie wizerunku dziecka w materiałach promujących Akademię (np. zdjęcia grupowe, relacje z zajęć). </w:t>
      </w:r>
      <w:r>
        <w:br/>
      </w:r>
      <w:r>
        <w:br/>
        <w:t>§5. Rezygnacja</w:t>
      </w:r>
      <w:r>
        <w:br/>
        <w:t>Rezygnacja z uczestnictwa wymaga pisemnego lub mailowego zgłoszenia organizatorowi.</w:t>
      </w:r>
      <w:r>
        <w:br/>
      </w:r>
      <w:r>
        <w:br/>
        <w:t>§6. Postanowienia końcowe</w:t>
      </w:r>
      <w:r>
        <w:br/>
        <w:t>1. Niniejsza deklaracja ma charakter wiążący i stanowi podstawę uczestnictwa dziecka w zajęciach.</w:t>
      </w:r>
      <w:r>
        <w:br/>
        <w:t>2. W sprawach nieuregulowanych zastosowanie mają przepisy Kodeksu Cywilnego.</w:t>
      </w:r>
      <w:r>
        <w:br/>
      </w:r>
      <w:r>
        <w:br/>
        <w:t>Data: .............................................</w:t>
      </w:r>
    </w:p>
    <w:p w:rsidR="003147A9" w:rsidRDefault="00A94F22" w:rsidP="00B653D6">
      <w:r>
        <w:br/>
        <w:t>Podpis rodzica/opiekuna: ....................................................</w:t>
      </w:r>
    </w:p>
    <w:p w:rsidR="00B653D6" w:rsidRDefault="00A94F22" w:rsidP="00B653D6">
      <w:r>
        <w:br/>
        <w:t>Telefon kontaktowy: ....................................................</w:t>
      </w:r>
      <w:r w:rsidR="00B653D6">
        <w:t>........</w:t>
      </w:r>
    </w:p>
    <w:p w:rsidR="00581FA0" w:rsidRDefault="00B653D6" w:rsidP="00B653D6">
      <w:proofErr w:type="spellStart"/>
      <w:r>
        <w:t>Adres</w:t>
      </w:r>
      <w:proofErr w:type="spellEnd"/>
      <w:r>
        <w:t xml:space="preserve"> email …………….……………………………………….</w:t>
      </w:r>
      <w:r w:rsidR="00A94F22">
        <w:br/>
      </w:r>
    </w:p>
    <w:sectPr w:rsidR="00581FA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147A9"/>
    <w:rsid w:val="00326F90"/>
    <w:rsid w:val="00581FA0"/>
    <w:rsid w:val="00A94F22"/>
    <w:rsid w:val="00AA1D8D"/>
    <w:rsid w:val="00B47730"/>
    <w:rsid w:val="00B653D6"/>
    <w:rsid w:val="00CB0664"/>
    <w:rsid w:val="00D656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9D4BE4"/>
  <w14:defaultImageDpi w14:val="300"/>
  <w15:docId w15:val="{A52241AD-BDAD-4F04-98E9-B0EF4B41A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13CE2A-361D-4451-ADD2-D453472FA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318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Sebastian Zębała</cp:lastModifiedBy>
  <cp:revision>3</cp:revision>
  <dcterms:created xsi:type="dcterms:W3CDTF">2026-02-03T13:51:00Z</dcterms:created>
  <dcterms:modified xsi:type="dcterms:W3CDTF">2026-09-07T11:21:00Z</dcterms:modified>
  <cp:category/>
</cp:coreProperties>
</file>